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E1D8" w14:textId="77777777" w:rsidR="008963E9" w:rsidRDefault="00000000">
      <w:pPr>
        <w:spacing w:after="0"/>
      </w:pPr>
      <w:r>
        <w:rPr>
          <w:b/>
          <w:sz w:val="24"/>
        </w:rPr>
        <w:t>DJEČJI VRTIĆ BAMBI SUNJA</w:t>
      </w:r>
      <w:r>
        <w:br/>
        <w:t>Matije Gupca 24, 44210 Sunja</w:t>
      </w:r>
      <w:r>
        <w:br/>
        <w:t>OIB: 41698901912</w:t>
      </w:r>
    </w:p>
    <w:p w14:paraId="3EF1D7F0" w14:textId="77777777" w:rsidR="008963E9" w:rsidRDefault="00000000">
      <w:pPr>
        <w:keepNext/>
        <w:spacing w:before="160" w:after="60"/>
        <w:jc w:val="center"/>
      </w:pPr>
      <w:r>
        <w:rPr>
          <w:b/>
          <w:sz w:val="30"/>
        </w:rPr>
        <w:t>OBRAZAC ZA SUDJELOVANJE U SAVJETOVANJU S JAVNOŠĆU</w:t>
      </w:r>
    </w:p>
    <w:p w14:paraId="5EF5DC11" w14:textId="77777777" w:rsidR="008963E9" w:rsidRDefault="00000000">
      <w:pPr>
        <w:keepNext/>
        <w:jc w:val="center"/>
      </w:pPr>
      <w:r>
        <w:rPr>
          <w:b/>
          <w:sz w:val="23"/>
        </w:rPr>
        <w:t>o Nacrtu Odluke o načinu korištenja WhatsApp grupe Dječjeg vrtića Bambi Sunja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726"/>
      </w:tblGrid>
      <w:tr w:rsidR="008963E9" w14:paraId="70A6948C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855C4" w14:textId="77777777" w:rsidR="008963E9" w:rsidRDefault="00000000">
            <w:r>
              <w:rPr>
                <w:b/>
                <w:sz w:val="21"/>
              </w:rPr>
              <w:t>Naziv akta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EEEA8" w14:textId="77777777" w:rsidR="008963E9" w:rsidRDefault="00000000">
            <w:r>
              <w:rPr>
                <w:sz w:val="21"/>
              </w:rPr>
              <w:t>Nacrt Odluke o načinu korištenja WhatsApp grupe Dječjeg vrtića Bambi Sunja</w:t>
            </w:r>
          </w:p>
        </w:tc>
      </w:tr>
      <w:tr w:rsidR="008963E9" w14:paraId="7B452DCA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D9FE4" w14:textId="77777777" w:rsidR="008963E9" w:rsidRDefault="00000000">
            <w:r>
              <w:rPr>
                <w:b/>
                <w:sz w:val="21"/>
              </w:rPr>
              <w:t>Nositelj izrade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BD05C" w14:textId="77777777" w:rsidR="008963E9" w:rsidRDefault="00000000">
            <w:r>
              <w:rPr>
                <w:sz w:val="21"/>
              </w:rPr>
              <w:t>Dječji vrtić Bambi Sunja</w:t>
            </w:r>
          </w:p>
        </w:tc>
      </w:tr>
      <w:tr w:rsidR="008963E9" w14:paraId="420C94FA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A8C74" w14:textId="77777777" w:rsidR="008963E9" w:rsidRDefault="00000000">
            <w:r>
              <w:rPr>
                <w:b/>
                <w:sz w:val="21"/>
              </w:rPr>
              <w:t>Početak savjetovanja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B1189" w14:textId="77777777" w:rsidR="008963E9" w:rsidRDefault="00000000">
            <w:r>
              <w:rPr>
                <w:sz w:val="21"/>
              </w:rPr>
              <w:t>8. listopada 2026.</w:t>
            </w:r>
          </w:p>
        </w:tc>
      </w:tr>
      <w:tr w:rsidR="008963E9" w14:paraId="62C08608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C1D59" w14:textId="77777777" w:rsidR="008963E9" w:rsidRDefault="00000000">
            <w:r>
              <w:rPr>
                <w:b/>
                <w:sz w:val="21"/>
              </w:rPr>
              <w:t>Završetak savjetovanja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EDA12" w14:textId="77777777" w:rsidR="008963E9" w:rsidRDefault="00000000">
            <w:r>
              <w:rPr>
                <w:sz w:val="21"/>
              </w:rPr>
              <w:t>6. studenoga 2026.</w:t>
            </w:r>
          </w:p>
        </w:tc>
      </w:tr>
      <w:tr w:rsidR="008963E9" w14:paraId="1E742304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2C22B" w14:textId="77777777" w:rsidR="008963E9" w:rsidRDefault="00000000">
            <w:r>
              <w:rPr>
                <w:b/>
                <w:sz w:val="21"/>
              </w:rPr>
              <w:t>Podnositelj prijedloga i mišljenja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F9642" w14:textId="5D622CF7" w:rsidR="008963E9" w:rsidRDefault="00000000">
            <w:r>
              <w:rPr>
                <w:sz w:val="21"/>
              </w:rPr>
              <w:t xml:space="preserve">Ime i </w:t>
            </w:r>
            <w:proofErr w:type="spellStart"/>
            <w:r>
              <w:rPr>
                <w:sz w:val="21"/>
              </w:rPr>
              <w:t>prezime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fizičke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osobe</w:t>
            </w:r>
            <w:proofErr w:type="spellEnd"/>
            <w:r>
              <w:rPr>
                <w:sz w:val="21"/>
              </w:rPr>
              <w:t xml:space="preserve"> / </w:t>
            </w:r>
            <w:proofErr w:type="spellStart"/>
            <w:r>
              <w:rPr>
                <w:sz w:val="21"/>
              </w:rPr>
              <w:t>naziv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pravne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osobe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ustanove</w:t>
            </w:r>
            <w:proofErr w:type="spellEnd"/>
            <w:r>
              <w:rPr>
                <w:sz w:val="21"/>
              </w:rPr>
              <w:t>:</w:t>
            </w:r>
            <w:r>
              <w:rPr>
                <w:sz w:val="21"/>
              </w:rPr>
              <w:br/>
              <w:t>____________________________________________________</w:t>
            </w:r>
          </w:p>
        </w:tc>
      </w:tr>
      <w:tr w:rsidR="008963E9" w14:paraId="12C4FB92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01D67" w14:textId="77777777" w:rsidR="008963E9" w:rsidRDefault="00000000">
            <w:r>
              <w:rPr>
                <w:b/>
                <w:sz w:val="21"/>
              </w:rPr>
              <w:t>Interes / kategorija koju podnositelj predstavlja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4E72A" w14:textId="691C9D4F" w:rsidR="008963E9" w:rsidRDefault="00000000">
            <w:r>
              <w:rPr>
                <w:sz w:val="21"/>
              </w:rPr>
              <w:t xml:space="preserve">Npr. </w:t>
            </w:r>
            <w:proofErr w:type="spellStart"/>
            <w:r>
              <w:rPr>
                <w:sz w:val="21"/>
              </w:rPr>
              <w:t>roditelj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skrbnik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zaposlenik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građanin</w:t>
            </w:r>
            <w:proofErr w:type="spellEnd"/>
            <w:r>
              <w:rPr>
                <w:sz w:val="21"/>
              </w:rPr>
              <w:t xml:space="preserve">, udruga, </w:t>
            </w:r>
            <w:proofErr w:type="spellStart"/>
            <w:r>
              <w:rPr>
                <w:sz w:val="21"/>
              </w:rPr>
              <w:t>ustanova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drugo</w:t>
            </w:r>
            <w:proofErr w:type="spellEnd"/>
            <w:r>
              <w:rPr>
                <w:sz w:val="21"/>
              </w:rPr>
              <w:t xml:space="preserve"> (</w:t>
            </w:r>
            <w:proofErr w:type="spellStart"/>
            <w:r>
              <w:rPr>
                <w:sz w:val="21"/>
              </w:rPr>
              <w:t>nije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obvezno</w:t>
            </w:r>
            <w:proofErr w:type="spellEnd"/>
            <w:r>
              <w:rPr>
                <w:sz w:val="21"/>
              </w:rPr>
              <w:t>):</w:t>
            </w:r>
            <w:r>
              <w:rPr>
                <w:sz w:val="21"/>
              </w:rPr>
              <w:br/>
            </w:r>
            <w:r w:rsidR="00F072C8">
              <w:t>______________________________________________</w:t>
            </w:r>
          </w:p>
        </w:tc>
      </w:tr>
      <w:tr w:rsidR="008963E9" w14:paraId="11873C89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3C431" w14:textId="77777777" w:rsidR="008963E9" w:rsidRDefault="00000000">
            <w:r>
              <w:rPr>
                <w:b/>
                <w:sz w:val="21"/>
              </w:rPr>
              <w:t>Osoba koja je sastavila očitovanje / ovlaštena osoba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A4F77" w14:textId="61E7782D" w:rsidR="008963E9" w:rsidRDefault="00000000">
            <w:proofErr w:type="spellStart"/>
            <w:r>
              <w:rPr>
                <w:sz w:val="21"/>
              </w:rPr>
              <w:t>Popunjava</w:t>
            </w:r>
            <w:proofErr w:type="spellEnd"/>
            <w:r>
              <w:rPr>
                <w:sz w:val="21"/>
              </w:rPr>
              <w:t xml:space="preserve"> se po </w:t>
            </w:r>
            <w:proofErr w:type="spellStart"/>
            <w:r>
              <w:rPr>
                <w:sz w:val="21"/>
              </w:rPr>
              <w:t>potrebi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kada</w:t>
            </w:r>
            <w:proofErr w:type="spellEnd"/>
            <w:r>
              <w:rPr>
                <w:sz w:val="21"/>
              </w:rPr>
              <w:t xml:space="preserve"> je </w:t>
            </w:r>
            <w:proofErr w:type="spellStart"/>
            <w:r>
              <w:rPr>
                <w:sz w:val="21"/>
              </w:rPr>
              <w:t>podnositelj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pravna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osoba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ustanova</w:t>
            </w:r>
            <w:proofErr w:type="spellEnd"/>
            <w:r>
              <w:rPr>
                <w:sz w:val="21"/>
              </w:rPr>
              <w:t>:</w:t>
            </w:r>
            <w:r>
              <w:rPr>
                <w:sz w:val="21"/>
              </w:rPr>
              <w:br/>
              <w:t>____________________________________________________</w:t>
            </w:r>
          </w:p>
        </w:tc>
      </w:tr>
      <w:tr w:rsidR="008963E9" w14:paraId="2AED405E" w14:textId="77777777">
        <w:trPr>
          <w:jc w:val="center"/>
        </w:trPr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9FF02" w14:textId="77777777" w:rsidR="008963E9" w:rsidRDefault="00000000">
            <w:r>
              <w:rPr>
                <w:b/>
                <w:sz w:val="21"/>
              </w:rPr>
              <w:t>Kontakt za eventualno pojašnjenje</w:t>
            </w:r>
          </w:p>
        </w:tc>
        <w:tc>
          <w:tcPr>
            <w:tcW w:w="57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89BC9" w14:textId="68FC2E44" w:rsidR="008963E9" w:rsidRDefault="00000000">
            <w:r>
              <w:rPr>
                <w:sz w:val="21"/>
              </w:rPr>
              <w:t xml:space="preserve">E-mail </w:t>
            </w:r>
            <w:proofErr w:type="spellStart"/>
            <w:r>
              <w:rPr>
                <w:sz w:val="21"/>
              </w:rPr>
              <w:t>ili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telefon</w:t>
            </w:r>
            <w:proofErr w:type="spellEnd"/>
            <w:r>
              <w:rPr>
                <w:sz w:val="21"/>
              </w:rPr>
              <w:t xml:space="preserve"> (</w:t>
            </w:r>
            <w:proofErr w:type="spellStart"/>
            <w:r>
              <w:rPr>
                <w:sz w:val="21"/>
              </w:rPr>
              <w:t>nije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obvezno</w:t>
            </w:r>
            <w:proofErr w:type="spellEnd"/>
            <w:r>
              <w:rPr>
                <w:sz w:val="21"/>
              </w:rPr>
              <w:t xml:space="preserve">; </w:t>
            </w:r>
            <w:proofErr w:type="spellStart"/>
            <w:r>
              <w:rPr>
                <w:sz w:val="21"/>
              </w:rPr>
              <w:t>neće</w:t>
            </w:r>
            <w:proofErr w:type="spellEnd"/>
            <w:r>
              <w:rPr>
                <w:sz w:val="21"/>
              </w:rPr>
              <w:t xml:space="preserve"> se </w:t>
            </w:r>
            <w:proofErr w:type="spellStart"/>
            <w:r>
              <w:rPr>
                <w:sz w:val="21"/>
              </w:rPr>
              <w:t>javno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objavljivati</w:t>
            </w:r>
            <w:proofErr w:type="spellEnd"/>
            <w:r>
              <w:rPr>
                <w:sz w:val="21"/>
              </w:rPr>
              <w:t>):</w:t>
            </w:r>
            <w:r>
              <w:rPr>
                <w:sz w:val="21"/>
              </w:rPr>
              <w:br/>
              <w:t>____________________________________________________</w:t>
            </w:r>
          </w:p>
        </w:tc>
      </w:tr>
    </w:tbl>
    <w:p w14:paraId="6ACB2186" w14:textId="77777777" w:rsidR="008963E9" w:rsidRDefault="00000000">
      <w:pPr>
        <w:spacing w:before="160" w:after="60"/>
      </w:pPr>
      <w:r>
        <w:rPr>
          <w:b/>
          <w:sz w:val="23"/>
        </w:rPr>
        <w:t>1. OPĆE PRIMJEDBE, PRIJEDLOZI I MIŠLJENJA</w:t>
      </w:r>
    </w:p>
    <w:p w14:paraId="0DD2078C" w14:textId="77777777" w:rsidR="008963E9" w:rsidRDefault="00000000">
      <w:pPr>
        <w:spacing w:after="60"/>
      </w:pPr>
      <w:r>
        <w:t>Ako se Vaše očitovanje odnosi na Nacrt Odluke u cjelini, navedite ga u nastavku. Ovaj dio nije potrebno popunjavati ako dostavljate samo prijedloge na pojedine članke.</w:t>
      </w:r>
    </w:p>
    <w:p w14:paraId="4D782EB2" w14:textId="77777777" w:rsidR="008963E9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</w:t>
      </w:r>
    </w:p>
    <w:p w14:paraId="16A43C48" w14:textId="77777777" w:rsidR="008963E9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</w:t>
      </w:r>
    </w:p>
    <w:p w14:paraId="35A952ED" w14:textId="77777777" w:rsidR="008963E9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</w:t>
      </w:r>
    </w:p>
    <w:p w14:paraId="3BDF0D7D" w14:textId="77777777" w:rsidR="008963E9" w:rsidRDefault="00000000">
      <w:pPr>
        <w:spacing w:after="20" w:line="240" w:lineRule="auto"/>
      </w:pPr>
      <w:r>
        <w:rPr>
          <w:sz w:val="18"/>
        </w:rPr>
        <w:t>________________________________________________________________________________</w:t>
      </w:r>
    </w:p>
    <w:p w14:paraId="77154182" w14:textId="77777777" w:rsidR="008963E9" w:rsidRDefault="00000000">
      <w:pPr>
        <w:spacing w:before="120" w:after="60"/>
      </w:pPr>
      <w:r>
        <w:rPr>
          <w:b/>
          <w:sz w:val="23"/>
        </w:rPr>
        <w:t>2. PRIMJEDBE I PRIJEDLOZI NA POJEDINE ODREDBE NACRTA</w:t>
      </w:r>
    </w:p>
    <w:p w14:paraId="057F14E9" w14:textId="77777777" w:rsidR="008963E9" w:rsidRDefault="00000000">
      <w:pPr>
        <w:spacing w:after="100"/>
      </w:pPr>
      <w:r>
        <w:t>Za svaku primjedbu navedite članak ili dio Nacrta na koji se odnosi, primjedbu ili prijedlog te kratko obrazloženje. Ako je moguće, možete predložiti i konkretan novi tekst odredbe.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608"/>
        <w:gridCol w:w="2608"/>
        <w:gridCol w:w="2438"/>
      </w:tblGrid>
      <w:tr w:rsidR="008963E9" w14:paraId="6480E62B" w14:textId="77777777">
        <w:trPr>
          <w:tblHeader/>
          <w:jc w:val="center"/>
        </w:trPr>
        <w:tc>
          <w:tcPr>
            <w:tcW w:w="204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1EBB5" w14:textId="77777777" w:rsidR="008963E9" w:rsidRDefault="00000000">
            <w:pPr>
              <w:jc w:val="center"/>
            </w:pPr>
            <w:r>
              <w:rPr>
                <w:b/>
                <w:sz w:val="19"/>
              </w:rPr>
              <w:t>Članak / dio Nacrta</w:t>
            </w:r>
          </w:p>
        </w:tc>
        <w:tc>
          <w:tcPr>
            <w:tcW w:w="260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CC8062" w14:textId="77777777" w:rsidR="008963E9" w:rsidRDefault="00000000">
            <w:pPr>
              <w:jc w:val="center"/>
            </w:pPr>
            <w:r>
              <w:rPr>
                <w:b/>
                <w:sz w:val="19"/>
              </w:rPr>
              <w:t>Primjedba ili prijedlog</w:t>
            </w:r>
          </w:p>
        </w:tc>
        <w:tc>
          <w:tcPr>
            <w:tcW w:w="260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5EC5E" w14:textId="77777777" w:rsidR="008963E9" w:rsidRDefault="00000000">
            <w:pPr>
              <w:jc w:val="center"/>
            </w:pPr>
            <w:r>
              <w:rPr>
                <w:b/>
                <w:sz w:val="19"/>
              </w:rPr>
              <w:t>Predloženi tekst (ako je primjenjivo)</w:t>
            </w:r>
          </w:p>
        </w:tc>
        <w:tc>
          <w:tcPr>
            <w:tcW w:w="243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9B7E7" w14:textId="77777777" w:rsidR="008963E9" w:rsidRDefault="00000000">
            <w:pPr>
              <w:jc w:val="center"/>
            </w:pPr>
            <w:r>
              <w:rPr>
                <w:b/>
                <w:sz w:val="19"/>
              </w:rPr>
              <w:t>Obrazloženje</w:t>
            </w:r>
          </w:p>
        </w:tc>
      </w:tr>
      <w:tr w:rsidR="008963E9" w14:paraId="59C34253" w14:textId="77777777">
        <w:trPr>
          <w:jc w:val="center"/>
        </w:trPr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AE3E0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D4E38F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AE754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4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93717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963E9" w14:paraId="13729961" w14:textId="77777777">
        <w:trPr>
          <w:jc w:val="center"/>
        </w:trPr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D4433E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47A3E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725265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4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CFDD88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8963E9" w14:paraId="20973251" w14:textId="77777777">
        <w:trPr>
          <w:jc w:val="center"/>
        </w:trPr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2D22A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F56A61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FECBE7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24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E12D63" w14:textId="77777777" w:rsidR="008963E9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637210EF" w14:textId="77777777" w:rsidR="008963E9" w:rsidRDefault="00000000">
      <w:pPr>
        <w:spacing w:after="100"/>
      </w:pPr>
      <w:r>
        <w:rPr>
          <w:i/>
          <w:sz w:val="20"/>
        </w:rPr>
        <w:t>Ako imate više primjedbi, možete priložiti dodatnu stranicu uz ovaj obrazac.</w:t>
      </w:r>
    </w:p>
    <w:p w14:paraId="2A0093EA" w14:textId="77777777" w:rsidR="008963E9" w:rsidRDefault="00000000">
      <w:pPr>
        <w:spacing w:before="60" w:after="60"/>
      </w:pPr>
      <w:r>
        <w:rPr>
          <w:b/>
          <w:sz w:val="23"/>
        </w:rPr>
        <w:t>3. OBJAVA IDENTITETA FIZIČKE OSOBE U IZVJEŠĆU</w:t>
      </w:r>
    </w:p>
    <w:p w14:paraId="733751D8" w14:textId="77777777" w:rsidR="008963E9" w:rsidRDefault="00000000">
      <w:pPr>
        <w:spacing w:after="40"/>
      </w:pPr>
      <w:r>
        <w:t>Ovaj dio odnosi se samo na fizičke osobe. Odabir ne utječe na razmatranje Vašeg očitovanja.</w:t>
      </w:r>
    </w:p>
    <w:p w14:paraId="2C4BC381" w14:textId="77777777" w:rsidR="008963E9" w:rsidRDefault="00000000">
      <w:pPr>
        <w:spacing w:after="20"/>
        <w:ind w:left="170"/>
      </w:pPr>
      <w:r>
        <w:t>☐ Želim da se moje ime i prezime objavi uz moje očitovanje u Izvješću o provedenom savjetovanju s javnošću.</w:t>
      </w:r>
    </w:p>
    <w:p w14:paraId="71980566" w14:textId="77777777" w:rsidR="008963E9" w:rsidRDefault="00000000">
      <w:pPr>
        <w:spacing w:after="20"/>
        <w:ind w:left="170"/>
      </w:pPr>
      <w:r>
        <w:lastRenderedPageBreak/>
        <w:t>☐ Ne želim da se moje ime i prezime objavi uz moje očitovanje u Izvješću o provedenom savjetovanju s javnošću.</w:t>
      </w:r>
    </w:p>
    <w:p w14:paraId="70141C94" w14:textId="77777777" w:rsidR="008963E9" w:rsidRDefault="00000000">
      <w:pPr>
        <w:spacing w:after="100"/>
      </w:pPr>
      <w:r>
        <w:t>Ako nije označena nijedna mogućnost, ime i prezime fizičke osobe neće se objaviti. Naziv pravne osobe ili ustanove navodi se kao podnositelj očitovanja.</w:t>
      </w:r>
    </w:p>
    <w:p w14:paraId="4E9943CA" w14:textId="77777777" w:rsidR="008963E9" w:rsidRDefault="00000000">
      <w:pPr>
        <w:spacing w:after="100"/>
      </w:pPr>
      <w:r>
        <w:rPr>
          <w:b/>
        </w:rPr>
        <w:t xml:space="preserve">Datum dostavljanja očitovanja: </w:t>
      </w:r>
      <w:r>
        <w:t>____________________________</w:t>
      </w:r>
    </w:p>
    <w:p w14:paraId="68CA771E" w14:textId="77777777" w:rsidR="008963E9" w:rsidRDefault="00000000">
      <w:pPr>
        <w:spacing w:after="80"/>
      </w:pPr>
      <w:r>
        <w:rPr>
          <w:b/>
        </w:rPr>
        <w:t xml:space="preserve">Način i rok dostave: </w:t>
      </w:r>
      <w:r>
        <w:t>Popunjeni obrazac dostavlja se najkasnije do 6. studenoga 2026. godine na adresu elektroničke pošte vrtic.bambi@sunja.hr, s naznakom predmeta „Savjetovanje – WhatsApp“, ili poštom/osobno na adresu: Dječji vrtić Bambi Sunja, Matije Gupca 24, 44210 Sunja.</w:t>
      </w:r>
    </w:p>
    <w:p w14:paraId="3A48B8D4" w14:textId="77777777" w:rsidR="008963E9" w:rsidRDefault="00000000">
      <w:pPr>
        <w:spacing w:after="80"/>
      </w:pPr>
      <w:r>
        <w:rPr>
          <w:b/>
        </w:rPr>
        <w:t xml:space="preserve">Napomena: </w:t>
      </w:r>
      <w:r>
        <w:t>Radi preglednosti preporučuje se korištenje ovog obrasca, ali razmotrit će se i jasno označena pisana očitovanja dostavljena u drugom obliku ako su zaprimljena u roku savjetovanja.</w:t>
      </w:r>
    </w:p>
    <w:p w14:paraId="12E76B52" w14:textId="77777777" w:rsidR="008963E9" w:rsidRDefault="00000000">
      <w:pPr>
        <w:spacing w:after="0"/>
      </w:pPr>
      <w:r>
        <w:rPr>
          <w:b/>
        </w:rPr>
        <w:t xml:space="preserve">Napomena o zaštiti osobnih podataka: </w:t>
      </w:r>
      <w:r>
        <w:t>Osobni podaci navedeni u obrascu koriste se isključivo u svrhu provedbe savjetovanja s javnošću, evidentiranja i razmatranja zaprimljenih očitovanja te izrade i objave izvješća o provedenom savjetovanju. Kontaktni podaci neće se javno objavljivati. Ime i prezime fizičke osobe objavit će se uz očitovanje samo ako je to izričito označeno u ovom obrascu.</w:t>
      </w:r>
    </w:p>
    <w:sectPr w:rsidR="008963E9" w:rsidSect="00034616">
      <w:footerReference w:type="default" r:id="rId8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134B7" w14:textId="77777777" w:rsidR="00407847" w:rsidRDefault="00407847">
      <w:pPr>
        <w:spacing w:after="0" w:line="240" w:lineRule="auto"/>
      </w:pPr>
      <w:r>
        <w:separator/>
      </w:r>
    </w:p>
  </w:endnote>
  <w:endnote w:type="continuationSeparator" w:id="0">
    <w:p w14:paraId="1FE65521" w14:textId="77777777" w:rsidR="00407847" w:rsidRDefault="0040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60B7" w14:textId="717FA237" w:rsidR="008963E9" w:rsidRDefault="008963E9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AA6C7" w14:textId="77777777" w:rsidR="00407847" w:rsidRDefault="00407847">
      <w:pPr>
        <w:spacing w:after="0" w:line="240" w:lineRule="auto"/>
      </w:pPr>
      <w:r>
        <w:separator/>
      </w:r>
    </w:p>
  </w:footnote>
  <w:footnote w:type="continuationSeparator" w:id="0">
    <w:p w14:paraId="4E3710DC" w14:textId="77777777" w:rsidR="00407847" w:rsidRDefault="00407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527085">
    <w:abstractNumId w:val="8"/>
  </w:num>
  <w:num w:numId="2" w16cid:durableId="291133740">
    <w:abstractNumId w:val="6"/>
  </w:num>
  <w:num w:numId="3" w16cid:durableId="2140757526">
    <w:abstractNumId w:val="5"/>
  </w:num>
  <w:num w:numId="4" w16cid:durableId="546912811">
    <w:abstractNumId w:val="4"/>
  </w:num>
  <w:num w:numId="5" w16cid:durableId="681977958">
    <w:abstractNumId w:val="7"/>
  </w:num>
  <w:num w:numId="6" w16cid:durableId="400451213">
    <w:abstractNumId w:val="3"/>
  </w:num>
  <w:num w:numId="7" w16cid:durableId="1852530400">
    <w:abstractNumId w:val="2"/>
  </w:num>
  <w:num w:numId="8" w16cid:durableId="749692224">
    <w:abstractNumId w:val="1"/>
  </w:num>
  <w:num w:numId="9" w16cid:durableId="211257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4C22"/>
    <w:rsid w:val="0029639D"/>
    <w:rsid w:val="00326F90"/>
    <w:rsid w:val="00407847"/>
    <w:rsid w:val="008963E9"/>
    <w:rsid w:val="00AA1D8D"/>
    <w:rsid w:val="00B47730"/>
    <w:rsid w:val="00CB0664"/>
    <w:rsid w:val="00F072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6A20DA"/>
  <w14:defaultImageDpi w14:val="300"/>
  <w15:docId w15:val="{03537916-5A82-4D6E-8027-B45C6A33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sudjelovanje u savjetovanju s javnošću – WhatsApp</dc:title>
  <dc:subject>Nacrt Odluke o načinu korištenja WhatsApp grupe Dječjeg vrtića Bambi Sunja</dc:subject>
  <dc:creator>Dječji vrtić Bambi Sunja</dc:creator>
  <cp:keywords/>
  <dc:description>generated by python-docx</dc:description>
  <cp:lastModifiedBy>vrtic bambi</cp:lastModifiedBy>
  <cp:revision>2</cp:revision>
  <dcterms:created xsi:type="dcterms:W3CDTF">2026-10-08T07:27:00Z</dcterms:created>
  <dcterms:modified xsi:type="dcterms:W3CDTF">2026-10-08T07:27:00Z</dcterms:modified>
  <cp:category/>
</cp:coreProperties>
</file>